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0"/>
        <w:gridCol w:w="3061"/>
      </w:tblGrid>
      <w:tr>
        <w:tc>
          <w:tcPr>
            <w:tcW w:type="dxa" w:w="5216"/>
          </w:tcPr>
          <w:p>
            <w:r>
              <w:rPr>
                <w:b/>
                <w:color w:val="C1272D"/>
                <w:sz w:val="26"/>
              </w:rPr>
              <w:t>LABORATORIUM KLINIK MEDIKA RAHMA</w:t>
            </w:r>
          </w:p>
          <w:p>
            <w:r>
              <w:rPr>
                <w:b/>
                <w:sz w:val="18"/>
              </w:rPr>
              <w:t>Laboratorium Klinik &amp; Medical Check Up</w:t>
            </w:r>
          </w:p>
          <w:p>
            <w:r>
              <w:rPr>
                <w:sz w:val="15"/>
              </w:rPr>
              <w:t>Jl. Raya Karangdowo/Bebekan No 44B, Kedungwuni - Pekalongan | Telp/WA: 0857-1963-3341</w:t>
            </w:r>
          </w:p>
          <w:p>
            <w:r>
              <w:rPr>
                <w:sz w:val="15"/>
              </w:rPr>
              <w:t>IZIN: 12140001523580003 | IZIN KEMNAKER: 121400015235800030001 | www.medikarahma.com</w:t>
            </w:r>
          </w:p>
        </w:tc>
        <w:tc>
          <w:tcPr>
            <w:tcW w:type="dxa" w:w="5216"/>
          </w:tcPr>
          <w:p>
            <w:pPr>
              <w:jc w:val="right"/>
            </w:pPr>
            <w:r>
              <w:rPr>
                <w:b/>
                <w:sz w:val="20"/>
              </w:rPr>
              <w:t>FORM PEMERIKSAAN FISIK</w:t>
              <w:br/>
              <w:t>MEDICAL CHECK UP</w:t>
            </w:r>
          </w:p>
          <w:p>
            <w:pPr>
              <w:jc w:val="right"/>
            </w:pPr>
            <w:r>
              <w:rPr>
                <w:sz w:val="16"/>
              </w:rPr>
              <w:t>No. RM / ID: .....................</w:t>
            </w:r>
          </w:p>
          <w:p>
            <w:pPr>
              <w:jc w:val="right"/>
            </w:pPr>
            <w:r>
              <w:rPr>
                <w:sz w:val="16"/>
              </w:rPr>
              <w:t>Tanggal: .....................</w:t>
            </w:r>
          </w:p>
        </w:tc>
      </w:tr>
    </w:tbl>
    <w:p>
      <w:pPr>
        <w:spacing w:after="40"/>
        <w:pBdr>
          <w:bottom w:val="single" w:sz="18" w:color="C1272D"/>
        </w:pBdr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val="clear" w:fill="F1F5F9"/>
          </w:tcPr>
          <w:p>
            <w:r>
              <w:rPr>
                <w:b/>
                <w:color w:val="0B2A45"/>
                <w:sz w:val="19"/>
              </w:rPr>
              <w:t>IDENTITAS PESERTA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9"/>
        <w:gridCol w:w="1739"/>
        <w:gridCol w:w="1739"/>
        <w:gridCol w:w="1739"/>
        <w:gridCol w:w="1739"/>
        <w:gridCol w:w="1739"/>
      </w:tblGrid>
      <w:tr>
        <w:tc>
          <w:tcPr>
            <w:tcW w:type="dxa" w:w="1814"/>
          </w:tcPr>
          <w:p>
            <w:r>
              <w:rPr>
                <w:sz w:val="16"/>
              </w:rPr>
              <w:t>Nama Lengkap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</w:r>
          </w:p>
        </w:tc>
        <w:tc>
          <w:tcPr>
            <w:tcW w:type="dxa" w:w="2041"/>
          </w:tcPr>
          <w:p>
            <w:r>
              <w:rPr>
                <w:sz w:val="16"/>
              </w:rPr>
              <w:t>NIK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3628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814"/>
          </w:tcPr>
          <w:p>
            <w:r>
              <w:rPr>
                <w:sz w:val="16"/>
              </w:rPr>
              <w:t>Tgl Lahir / Umur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....... / ....... th</w:t>
            </w:r>
          </w:p>
        </w:tc>
        <w:tc>
          <w:tcPr>
            <w:tcW w:type="dxa" w:w="2041"/>
          </w:tcPr>
          <w:p>
            <w:r>
              <w:rPr>
                <w:sz w:val="16"/>
              </w:rPr>
              <w:t>Jenis Kelamin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3628"/>
          </w:tcPr>
          <w:p>
            <w:r>
              <w:rPr>
                <w:sz w:val="16"/>
              </w:rPr>
              <w:t>L / P</w:t>
            </w:r>
          </w:p>
        </w:tc>
      </w:tr>
      <w:tr>
        <w:tc>
          <w:tcPr>
            <w:tcW w:type="dxa" w:w="1814"/>
          </w:tcPr>
          <w:p>
            <w:r>
              <w:rPr>
                <w:sz w:val="16"/>
              </w:rPr>
              <w:t>Perusahaan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</w:r>
          </w:p>
        </w:tc>
        <w:tc>
          <w:tcPr>
            <w:tcW w:type="dxa" w:w="2041"/>
          </w:tcPr>
          <w:p>
            <w:r>
              <w:rPr>
                <w:sz w:val="16"/>
              </w:rPr>
              <w:t>Bagian / Departemen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3628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814"/>
          </w:tcPr>
          <w:p>
            <w:r>
              <w:rPr>
                <w:sz w:val="16"/>
              </w:rPr>
              <w:t>Alamat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</w:r>
          </w:p>
        </w:tc>
        <w:tc>
          <w:tcPr>
            <w:tcW w:type="dxa" w:w="2041"/>
          </w:tcPr>
          <w:p>
            <w:r>
              <w:rPr>
                <w:sz w:val="16"/>
              </w:rPr>
              <w:t>Tanggal MCU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3628"/>
          </w:tcPr>
          <w:p>
            <w:r>
              <w:rPr>
                <w:sz w:val="16"/>
              </w:rPr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val="clear" w:fill="F1F5F9"/>
          </w:tcPr>
          <w:p>
            <w:r>
              <w:rPr>
                <w:b/>
                <w:color w:val="0B2A45"/>
                <w:sz w:val="19"/>
              </w:rPr>
              <w:t>A.  ANAMNESIS — RIWAYAT PENYAKIT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c>
          <w:tcPr>
            <w:tcW w:type="dxa" w:w="3458"/>
          </w:tcPr>
          <w:p>
            <w:r>
              <w:rPr>
                <w:sz w:val="16"/>
              </w:rPr>
              <w:t>☐ Tuberculosis</w:t>
            </w:r>
          </w:p>
        </w:tc>
        <w:tc>
          <w:tcPr>
            <w:tcW w:type="dxa" w:w="3458"/>
          </w:tcPr>
          <w:p>
            <w:r>
              <w:rPr>
                <w:sz w:val="16"/>
              </w:rPr>
              <w:t>☐ Malaria</w:t>
            </w:r>
          </w:p>
        </w:tc>
        <w:tc>
          <w:tcPr>
            <w:tcW w:type="dxa" w:w="3458"/>
          </w:tcPr>
          <w:p>
            <w:r>
              <w:rPr>
                <w:sz w:val="16"/>
              </w:rPr>
              <w:t>☐ Rheumatic Fever</w:t>
            </w:r>
          </w:p>
        </w:tc>
      </w:tr>
      <w:tr>
        <w:tc>
          <w:tcPr>
            <w:tcW w:type="dxa" w:w="3458"/>
          </w:tcPr>
          <w:p>
            <w:r>
              <w:rPr>
                <w:sz w:val="16"/>
              </w:rPr>
              <w:t>☐ Epilepsy</w:t>
            </w:r>
          </w:p>
        </w:tc>
        <w:tc>
          <w:tcPr>
            <w:tcW w:type="dxa" w:w="3458"/>
          </w:tcPr>
          <w:p>
            <w:r>
              <w:rPr>
                <w:sz w:val="16"/>
              </w:rPr>
              <w:t>☐ Renal Disease</w:t>
            </w:r>
          </w:p>
        </w:tc>
        <w:tc>
          <w:tcPr>
            <w:tcW w:type="dxa" w:w="3458"/>
          </w:tcPr>
          <w:p>
            <w:r>
              <w:rPr>
                <w:sz w:val="16"/>
              </w:rPr>
              <w:t>☐ Cardiac Diseases</w:t>
            </w:r>
          </w:p>
        </w:tc>
      </w:tr>
      <w:tr>
        <w:tc>
          <w:tcPr>
            <w:tcW w:type="dxa" w:w="3458"/>
          </w:tcPr>
          <w:p>
            <w:r>
              <w:rPr>
                <w:sz w:val="16"/>
              </w:rPr>
              <w:t>☐ Diabetes</w:t>
            </w:r>
          </w:p>
        </w:tc>
        <w:tc>
          <w:tcPr>
            <w:tcW w:type="dxa" w:w="3458"/>
          </w:tcPr>
          <w:p>
            <w:r>
              <w:rPr>
                <w:sz w:val="16"/>
              </w:rPr>
              <w:t>☐ Allergy</w:t>
            </w:r>
          </w:p>
        </w:tc>
        <w:tc>
          <w:tcPr>
            <w:tcW w:type="dxa" w:w="3458"/>
          </w:tcPr>
          <w:p>
            <w:r>
              <w:rPr>
                <w:sz w:val="16"/>
              </w:rPr>
              <w:t>☐ Mental Disorders</w:t>
            </w:r>
          </w:p>
        </w:tc>
      </w:tr>
      <w:tr>
        <w:tc>
          <w:tcPr>
            <w:tcW w:type="dxa" w:w="3458"/>
          </w:tcPr>
          <w:p>
            <w:r>
              <w:rPr>
                <w:sz w:val="16"/>
              </w:rPr>
              <w:t>☐ Hepatitis</w:t>
            </w:r>
          </w:p>
        </w:tc>
        <w:tc>
          <w:tcPr>
            <w:tcW w:type="dxa" w:w="3458"/>
          </w:tcPr>
          <w:p>
            <w:r>
              <w:rPr>
                <w:sz w:val="16"/>
              </w:rPr>
              <w:t>☐ Haemorrhoid</w:t>
            </w:r>
          </w:p>
        </w:tc>
        <w:tc>
          <w:tcPr>
            <w:tcW w:type="dxa" w:w="3458"/>
          </w:tcPr>
          <w:p>
            <w:r>
              <w:rPr>
                <w:sz w:val="16"/>
              </w:rPr>
              <w:t>☐ Hypertension</w:t>
            </w:r>
          </w:p>
        </w:tc>
      </w:tr>
      <w:tr>
        <w:tc>
          <w:tcPr>
            <w:tcW w:type="dxa" w:w="3458"/>
          </w:tcPr>
          <w:p>
            <w:r>
              <w:rPr>
                <w:sz w:val="16"/>
              </w:rPr>
              <w:t>☐ Asthma</w:t>
            </w:r>
          </w:p>
        </w:tc>
        <w:tc>
          <w:tcPr>
            <w:tcW w:type="dxa" w:w="3458"/>
          </w:tcPr>
          <w:p>
            <w:r>
              <w:rPr>
                <w:sz w:val="16"/>
              </w:rPr>
              <w:t>☐ Anemia</w:t>
            </w:r>
          </w:p>
        </w:tc>
        <w:tc>
          <w:tcPr>
            <w:tcW w:type="dxa" w:w="3458"/>
          </w:tcPr>
          <w:p>
            <w:r>
              <w:rPr>
                <w:sz w:val="16"/>
              </w:rPr>
              <w:t>☐ Congenital Disease</w:t>
            </w:r>
          </w:p>
        </w:tc>
      </w:tr>
    </w:tbl>
    <w:p>
      <w:pPr>
        <w:spacing w:before="40" w:after="0"/>
      </w:pPr>
      <w:r>
        <w:rPr>
          <w:b w:val="0"/>
          <w:i w:val="0"/>
          <w:sz w:val="16"/>
        </w:rPr>
        <w:t>Others (lain-lain): ..........................................................................................................................................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9"/>
        <w:gridCol w:w="1739"/>
        <w:gridCol w:w="1739"/>
        <w:gridCol w:w="1739"/>
        <w:gridCol w:w="1739"/>
        <w:gridCol w:w="1739"/>
      </w:tblGrid>
      <w:tr>
        <w:tc>
          <w:tcPr>
            <w:tcW w:type="dxa" w:w="2494"/>
          </w:tcPr>
          <w:p>
            <w:r>
              <w:rPr>
                <w:sz w:val="16"/>
              </w:rPr>
              <w:t>Riwayat dirawat di RS — Tahun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................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Rumah Sakit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t>................................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Penyakit saat dirawat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................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Disability (cacat tubuh)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t>................................</w:t>
            </w:r>
          </w:p>
        </w:tc>
      </w:tr>
    </w:tbl>
    <w:p>
      <w:pPr>
        <w:spacing w:before="40" w:after="0"/>
      </w:pPr>
      <w:r>
        <w:rPr>
          <w:b w:val="0"/>
          <w:i w:val="0"/>
          <w:sz w:val="16"/>
        </w:rPr>
        <w:t>Family history of diseases / keturunan: .................................................................................................................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val="clear" w:fill="F1F5F9"/>
          </w:tcPr>
          <w:p>
            <w:r>
              <w:rPr>
                <w:b/>
                <w:color w:val="0B2A45"/>
                <w:sz w:val="19"/>
              </w:rPr>
              <w:t>B.  TANDA VITAL &amp; ANTROPOMETRI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59"/>
        <w:gridCol w:w="1159"/>
        <w:gridCol w:w="1159"/>
        <w:gridCol w:w="1159"/>
        <w:gridCol w:w="1159"/>
        <w:gridCol w:w="1159"/>
        <w:gridCol w:w="1159"/>
        <w:gridCol w:w="1159"/>
        <w:gridCol w:w="1159"/>
      </w:tblGrid>
      <w:tr>
        <w:tc>
          <w:tcPr>
            <w:tcW w:type="dxa" w:w="1134"/>
          </w:tcPr>
          <w:p>
            <w:r>
              <w:rPr>
                <w:sz w:val="16"/>
              </w:rPr>
              <w:t>TD (mmHg)</w:t>
            </w:r>
          </w:p>
        </w:tc>
        <w:tc>
          <w:tcPr>
            <w:tcW w:type="dxa" w:w="1077"/>
          </w:tcPr>
          <w:p>
            <w:r>
              <w:rPr>
                <w:sz w:val="16"/>
              </w:rPr>
              <w:t>Nadi (x/mnt)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RR (x/mnt)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Suhu (°C)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SpO2 (%)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BB (kg)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TB (cm)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BMI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Lingkar Perut (cm)</w:t>
            </w:r>
          </w:p>
        </w:tc>
      </w:tr>
      <w:tr>
        <w:tc>
          <w:tcPr>
            <w:tcW w:type="dxa" w:w="1134"/>
          </w:tcPr>
          <w:p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r>
              <w:rPr>
                <w:sz w:val="16"/>
              </w:rPr>
            </w:r>
          </w:p>
        </w:tc>
        <w:tc>
          <w:tcPr>
            <w:tcW w:type="dxa" w:w="1020"/>
          </w:tcPr>
          <w:p>
            <w:r>
              <w:rPr>
                <w:sz w:val="16"/>
              </w:rPr>
            </w:r>
          </w:p>
        </w:tc>
        <w:tc>
          <w:tcPr>
            <w:tcW w:type="dxa" w:w="907"/>
          </w:tcPr>
          <w:p>
            <w:r>
              <w:rPr>
                <w:sz w:val="16"/>
              </w:rPr>
            </w:r>
          </w:p>
        </w:tc>
        <w:tc>
          <w:tcPr>
            <w:tcW w:type="dxa" w:w="907"/>
          </w:tcPr>
          <w:p>
            <w:r>
              <w:rPr>
                <w:sz w:val="16"/>
              </w:rPr>
            </w:r>
          </w:p>
        </w:tc>
        <w:tc>
          <w:tcPr>
            <w:tcW w:type="dxa" w:w="907"/>
          </w:tcPr>
          <w:p>
            <w:r>
              <w:rPr>
                <w:sz w:val="16"/>
              </w:rPr>
            </w:r>
          </w:p>
        </w:tc>
        <w:tc>
          <w:tcPr>
            <w:tcW w:type="dxa" w:w="907"/>
          </w:tcPr>
          <w:p>
            <w:r>
              <w:rPr>
                <w:sz w:val="16"/>
              </w:rPr>
            </w:r>
          </w:p>
        </w:tc>
        <w:tc>
          <w:tcPr>
            <w:tcW w:type="dxa" w:w="907"/>
          </w:tcPr>
          <w:p>
            <w:r>
              <w:rPr>
                <w:sz w:val="16"/>
              </w:rPr>
            </w:r>
          </w:p>
        </w:tc>
        <w:tc>
          <w:tcPr>
            <w:tcW w:type="dxa" w:w="1644"/>
          </w:tcPr>
          <w:p>
            <w:r>
              <w:rPr>
                <w:sz w:val="16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1474"/>
          </w:tcPr>
          <w:p>
            <w:r>
              <w:rPr>
                <w:sz w:val="15"/>
              </w:rPr>
              <w:t>Gol. Darah</w:t>
            </w:r>
          </w:p>
        </w:tc>
        <w:tc>
          <w:tcPr>
            <w:tcW w:type="dxa" w:w="2835"/>
          </w:tcPr>
          <w:p>
            <w:r>
              <w:rPr>
                <w:sz w:val="15"/>
              </w:rPr>
              <w:t>Keadaan Umum</w:t>
            </w:r>
          </w:p>
        </w:tc>
        <w:tc>
          <w:tcPr>
            <w:tcW w:type="dxa" w:w="2835"/>
          </w:tcPr>
          <w:p>
            <w:r>
              <w:rPr>
                <w:sz w:val="15"/>
              </w:rPr>
              <w:t>Kesadaran</w:t>
            </w:r>
          </w:p>
        </w:tc>
        <w:tc>
          <w:tcPr>
            <w:tcW w:type="dxa" w:w="3175"/>
          </w:tcPr>
          <w:p>
            <w:r>
              <w:rPr>
                <w:sz w:val="15"/>
              </w:rPr>
              <w:t>Status Gizi</w:t>
            </w:r>
          </w:p>
        </w:tc>
      </w:tr>
      <w:tr>
        <w:tc>
          <w:tcPr>
            <w:tcW w:type="dxa" w:w="1474"/>
          </w:tcPr>
          <w:p>
            <w:r>
              <w:rPr>
                <w:sz w:val="15"/>
              </w:rPr>
              <w:t>A / B / AB / O</w:t>
            </w:r>
          </w:p>
        </w:tc>
        <w:tc>
          <w:tcPr>
            <w:tcW w:type="dxa" w:w="2835"/>
          </w:tcPr>
          <w:p>
            <w:r>
              <w:rPr>
                <w:sz w:val="15"/>
              </w:rPr>
              <w:t>Baik / Sedang / Lemah / Tampak Sakit</w:t>
            </w:r>
          </w:p>
        </w:tc>
        <w:tc>
          <w:tcPr>
            <w:tcW w:type="dxa" w:w="2835"/>
          </w:tcPr>
          <w:p>
            <w:r>
              <w:rPr>
                <w:sz w:val="15"/>
              </w:rPr>
              <w:t>Compos Mentis / Apatis / Somnolen / Sopor / Coma</w:t>
            </w:r>
          </w:p>
        </w:tc>
        <w:tc>
          <w:tcPr>
            <w:tcW w:type="dxa" w:w="3175"/>
          </w:tcPr>
          <w:p>
            <w:r>
              <w:rPr>
                <w:sz w:val="15"/>
              </w:rPr>
              <w:t>Baik / Kurang / Lebih / Obesitas I / Obesitas II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val="clear" w:fill="F1F5F9"/>
          </w:tcPr>
          <w:p>
            <w:r>
              <w:rPr>
                <w:b/>
                <w:color w:val="0B2A45"/>
                <w:sz w:val="19"/>
              </w:rPr>
              <w:t>C.  EYESIGHT (PENGLIHATAN)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9"/>
        <w:gridCol w:w="1739"/>
        <w:gridCol w:w="1739"/>
        <w:gridCol w:w="1739"/>
        <w:gridCol w:w="1739"/>
        <w:gridCol w:w="1739"/>
      </w:tblGrid>
      <w:tr>
        <w:tc>
          <w:tcPr>
            <w:tcW w:type="dxa" w:w="1928"/>
          </w:tcPr>
          <w:p>
            <w:r>
              <w:rPr>
                <w:sz w:val="16"/>
              </w:rPr>
              <w:t>Tanpa kacamata (R / L)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........................................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Dengan kacamata (R / L)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........................................</w:t>
            </w:r>
          </w:p>
        </w:tc>
      </w:tr>
      <w:tr>
        <w:tc>
          <w:tcPr>
            <w:tcW w:type="dxa" w:w="1928"/>
          </w:tcPr>
          <w:p>
            <w:r>
              <w:rPr>
                <w:sz w:val="16"/>
              </w:rPr>
              <w:t>Strabismus (juling)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Tidak / Ya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Buta warna (Ishihara)</w:t>
            </w:r>
          </w:p>
        </w:tc>
        <w:tc>
          <w:tcPr>
            <w:tcW w:type="dxa" w:w="170"/>
          </w:tcPr>
          <w:p>
            <w:r>
              <w:rPr>
                <w:sz w:val="16"/>
              </w:rPr>
              <w:t>: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Tidak diperiksa  /  Normal  /  Parsial  /  Total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val="clear" w:fill="F1F5F9"/>
          </w:tcPr>
          <w:p>
            <w:r>
              <w:rPr>
                <w:b/>
                <w:color w:val="0B2A45"/>
                <w:sz w:val="19"/>
              </w:rPr>
              <w:t>D.  PEMERIKSAAN ORGAN / SISTEMIK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c>
          <w:tcPr>
            <w:tcW w:type="dxa" w:w="2608"/>
            <w:shd w:val="clear" w:fill="0F172A"/>
          </w:tcPr>
          <w:p>
            <w:r>
              <w:rPr>
                <w:b/>
                <w:color w:val="FFFFFF"/>
                <w:sz w:val="15"/>
              </w:rPr>
              <w:t>Item Pemeriksaan</w:t>
            </w:r>
          </w:p>
        </w:tc>
        <w:tc>
          <w:tcPr>
            <w:tcW w:type="dxa" w:w="2268"/>
            <w:shd w:val="clear" w:fill="0F172A"/>
          </w:tcPr>
          <w:p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5499"/>
            <w:shd w:val="clear" w:fill="0F172A"/>
          </w:tcPr>
          <w:p>
            <w:r>
              <w:rPr>
                <w:b/>
                <w:color w:val="FFFFFF"/>
                <w:sz w:val="15"/>
              </w:rPr>
              <w:t>Catatan Temuan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Hearing Right (AD)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Hearing Left (AS)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Mouth &amp; Teeth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Neck-Thyroid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Neck-Lymph Node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Chest-Heart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Chest-Lung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Abd-Liver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Abd-Spleen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Ext-Arm Right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Ext-Arm Left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Ext-Leg Right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  <w:tr>
        <w:tc>
          <w:tcPr>
            <w:tcW w:type="dxa" w:w="2608"/>
          </w:tcPr>
          <w:p>
            <w:r>
              <w:rPr>
                <w:sz w:val="16"/>
              </w:rPr>
              <w:t>Ext-Leg Left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☐ Normal   ☐ Abnormal</w:t>
            </w:r>
          </w:p>
        </w:tc>
        <w:tc>
          <w:tcPr>
            <w:tcW w:type="dxa" w:w="5499"/>
          </w:tcPr>
          <w:p>
            <w:r>
              <w:rPr>
                <w:sz w:val="16"/>
              </w:rPr>
              <w:t>Catatan: ..............................................................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val="clear" w:fill="F1F5F9"/>
          </w:tcPr>
          <w:p>
            <w:r>
              <w:rPr>
                <w:b/>
                <w:color w:val="0B2A45"/>
                <w:sz w:val="19"/>
              </w:rPr>
              <w:t>E.  PEMERIKSAAN KULIT (DERMATOLOGIS)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2494"/>
          </w:tcPr>
          <w:p>
            <w:r>
              <w:rPr>
                <w:sz w:val="16"/>
              </w:rPr>
              <w:t>Inspeksi — Warna Kulit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☐ Sawo matang  ☐ Ikterik (kuning)  ☐ Sianosis  ☐ Pucat  ☐ Hiperpigmentasi  ☐ Hipopigmentasi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Kebersihan &amp; Keadaan Umum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☐ Bersih  ☐ Ada kotoran  ☐ Tampak kering  ☐ Bersisik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Lokasi / Efloresensi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Jenis Lesi Primer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☐ Makula  ☐ Papula  ☐ Nodul  ☐ Vesikel  ☐ Pustula     Lain: ..............................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Jenis Lesi Sekunder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☐ Skuama  ☐ Krusta  ☐ Erosi  ☐ Ulkus  ☐ Sikatriks     Lain: ..............................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Batas &amp; Ukuran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Batas tegas / tidak tegas , diameter ................ cm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Palpasi — Suhu Kulit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☐ Hangat  ☐ Teraba panas  ☐ Dingin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Kelembapan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☐ Normal  ☐ Kering (xerosis)  ☐ Berminyak  ☐ Berkeringat (diaforesis)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Turgor Kulit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☐ Kembali cepat (&lt; 2 detik)  ☐ Lambat (dehidrasi)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Tekstur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☐ Halus  ☐ Kasar  ☐ Menebal (likenifikasi)</w:t>
            </w:r>
          </w:p>
        </w:tc>
      </w:tr>
      <w:tr>
        <w:tc>
          <w:tcPr>
            <w:tcW w:type="dxa" w:w="2494"/>
          </w:tcPr>
          <w:p>
            <w:r>
              <w:rPr>
                <w:sz w:val="16"/>
              </w:rPr>
              <w:t>Edema / Massa</w:t>
            </w:r>
          </w:p>
        </w:tc>
        <w:tc>
          <w:tcPr>
            <w:tcW w:type="dxa" w:w="7880"/>
          </w:tcPr>
          <w:p>
            <w:r>
              <w:rPr>
                <w:sz w:val="16"/>
              </w:rPr>
              <w:t>☐ Tidak ada  ☐ Pitting edema  ☐ Non-pitting edema     Ukuran: ..................... cm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val="clear" w:fill="F1F5F9"/>
          </w:tcPr>
          <w:p>
            <w:r>
              <w:rPr>
                <w:b/>
                <w:color w:val="0B2A45"/>
                <w:sz w:val="19"/>
              </w:rPr>
              <w:t>F.  KESAN PEMERIKSAAN FISIK UMUM</w:t>
            </w:r>
          </w:p>
        </w:tc>
      </w:tr>
    </w:tbl>
    <w:p>
      <w:pPr>
        <w:spacing w:after="20"/>
      </w:pPr>
    </w:p>
    <w:p>
      <w:pPr>
        <w:spacing w:before="0" w:after="0"/>
      </w:pPr>
      <w:r>
        <w:rPr>
          <w:b w:val="0"/>
          <w:i w:val="0"/>
          <w:sz w:val="16"/>
        </w:rPr>
        <w:t>.............................................................................................................................................................................</w:t>
      </w:r>
    </w:p>
    <w:p>
      <w:pPr>
        <w:spacing w:before="0" w:after="0"/>
      </w:pPr>
      <w:r>
        <w:rPr>
          <w:b w:val="0"/>
          <w:i w:val="0"/>
          <w:sz w:val="16"/>
        </w:rPr>
        <w:t>.............................................................................................................................................................................</w:t>
      </w:r>
    </w:p>
    <w:p>
      <w:pPr>
        <w:spacing w:before="0" w:after="0"/>
      </w:pPr>
      <w:r>
        <w:rPr>
          <w:b w:val="0"/>
          <w:i w:val="0"/>
          <w:sz w:val="16"/>
        </w:rPr>
        <w:t>.............................................................................................................................................................................</w:t>
      </w:r>
    </w:p>
    <w:p>
      <w:pPr>
        <w:spacing w:before="60" w:after="0"/>
      </w:pPr>
      <w:r>
        <w:rPr>
          <w:b w:val="0"/>
          <w:i w:val="0"/>
          <w:sz w:val="16"/>
        </w:rPr>
        <w:t>Dokter Pemeriksa Fisik: ......................................................          Tanggal: ...........................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val="clear" w:fill="F1F5F9"/>
          </w:tcPr>
          <w:p>
            <w:r>
              <w:rPr>
                <w:b/>
                <w:color w:val="0B2A45"/>
                <w:sz w:val="19"/>
              </w:rPr>
              <w:t>G.  PEMERIKSAAN PENUNJANG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c>
          <w:tcPr>
            <w:tcW w:type="dxa" w:w="1814"/>
            <w:shd w:val="clear" w:fill="0F172A"/>
          </w:tcPr>
          <w:p>
            <w:r>
              <w:rPr>
                <w:b/>
                <w:color w:val="FFFFFF"/>
                <w:sz w:val="15"/>
              </w:rPr>
              <w:t>Pemeriksaan</w:t>
            </w:r>
          </w:p>
        </w:tc>
        <w:tc>
          <w:tcPr>
            <w:tcW w:type="dxa" w:w="5556"/>
            <w:shd w:val="clear" w:fill="0F172A"/>
          </w:tcPr>
          <w:p>
            <w:r>
              <w:rPr>
                <w:b/>
                <w:color w:val="FFFFFF"/>
                <w:sz w:val="15"/>
              </w:rPr>
              <w:t>Hasil / Kesan</w:t>
            </w:r>
          </w:p>
        </w:tc>
        <w:tc>
          <w:tcPr>
            <w:tcW w:type="dxa" w:w="3005"/>
            <w:shd w:val="clear" w:fill="0F172A"/>
          </w:tcPr>
          <w:p>
            <w:r>
              <w:rPr>
                <w:b/>
                <w:color w:val="FFFFFF"/>
                <w:sz w:val="15"/>
              </w:rPr>
              <w:t>Dokter &amp; Tanggal</w:t>
            </w:r>
          </w:p>
        </w:tc>
      </w:tr>
      <w:tr>
        <w:tc>
          <w:tcPr>
            <w:tcW w:type="dxa" w:w="1814"/>
          </w:tcPr>
          <w:p>
            <w:r>
              <w:rPr>
                <w:sz w:val="16"/>
              </w:rPr>
              <w:t>RONTGEN THORAX</w:t>
            </w:r>
          </w:p>
        </w:tc>
        <w:tc>
          <w:tcPr>
            <w:tcW w:type="dxa" w:w="5556"/>
          </w:tcPr>
          <w:p>
            <w:r>
              <w:rPr>
                <w:sz w:val="16"/>
              </w:rPr>
              <w:t>Cor / Pulmo: .....................................................</w:t>
              <w:br/>
              <w:t>Sinus / Tulang: .................................................</w:t>
              <w:br/>
              <w:t>Kesan: ..............................................................</w:t>
            </w:r>
          </w:p>
        </w:tc>
        <w:tc>
          <w:tcPr>
            <w:tcW w:type="dxa" w:w="3005"/>
          </w:tcPr>
          <w:p>
            <w:r>
              <w:rPr>
                <w:sz w:val="16"/>
              </w:rPr>
              <w:t>Dokter Radiologi: .............................</w:t>
              <w:br/>
              <w:t>Tanggal: ..................</w:t>
            </w:r>
          </w:p>
        </w:tc>
      </w:tr>
      <w:tr>
        <w:tc>
          <w:tcPr>
            <w:tcW w:type="dxa" w:w="1814"/>
          </w:tcPr>
          <w:p>
            <w:r>
              <w:rPr>
                <w:sz w:val="16"/>
              </w:rPr>
              <w:t>EKG</w:t>
            </w:r>
          </w:p>
        </w:tc>
        <w:tc>
          <w:tcPr>
            <w:tcW w:type="dxa" w:w="5556"/>
          </w:tcPr>
          <w:p>
            <w:r>
              <w:rPr>
                <w:sz w:val="16"/>
              </w:rPr>
              <w:t>Rhythm / HR / Axis: ..........................................</w:t>
              <w:br/>
              <w:t>Kesan: ..............................................................</w:t>
            </w:r>
          </w:p>
        </w:tc>
        <w:tc>
          <w:tcPr>
            <w:tcW w:type="dxa" w:w="3005"/>
          </w:tcPr>
          <w:p>
            <w:r>
              <w:rPr>
                <w:sz w:val="16"/>
              </w:rPr>
              <w:t>Dokter: ..............................................</w:t>
              <w:br/>
              <w:t>Tanggal: ..................</w:t>
            </w:r>
          </w:p>
        </w:tc>
      </w:tr>
      <w:tr>
        <w:tc>
          <w:tcPr>
            <w:tcW w:type="dxa" w:w="1814"/>
          </w:tcPr>
          <w:p>
            <w:r>
              <w:rPr>
                <w:sz w:val="16"/>
              </w:rPr>
              <w:t>AUDIOMETRI</w:t>
            </w:r>
          </w:p>
        </w:tc>
        <w:tc>
          <w:tcPr>
            <w:tcW w:type="dxa" w:w="5556"/>
          </w:tcPr>
          <w:p>
            <w:r>
              <w:rPr>
                <w:sz w:val="16"/>
              </w:rPr>
              <w:t>Telinga Kanan (AD): ........................................</w:t>
              <w:br/>
              <w:t>Telinga Kiri (AS): ..............................................</w:t>
              <w:br/>
              <w:t>Kesan: ..............................................................</w:t>
            </w:r>
          </w:p>
        </w:tc>
        <w:tc>
          <w:tcPr>
            <w:tcW w:type="dxa" w:w="3005"/>
          </w:tcPr>
          <w:p>
            <w:r>
              <w:rPr>
                <w:sz w:val="16"/>
              </w:rPr>
              <w:t>Dokter: ..............................................</w:t>
              <w:br/>
              <w:t>Tanggal: ..................</w:t>
            </w:r>
          </w:p>
        </w:tc>
      </w:tr>
      <w:tr>
        <w:tc>
          <w:tcPr>
            <w:tcW w:type="dxa" w:w="1814"/>
          </w:tcPr>
          <w:p>
            <w:r>
              <w:rPr>
                <w:sz w:val="16"/>
              </w:rPr>
              <w:t>SPIROMETRI</w:t>
            </w:r>
          </w:p>
        </w:tc>
        <w:tc>
          <w:tcPr>
            <w:tcW w:type="dxa" w:w="5556"/>
          </w:tcPr>
          <w:p>
            <w:r>
              <w:rPr>
                <w:sz w:val="16"/>
              </w:rPr>
              <w:t>FVC (% Pred): ...........  FEV1 (% Pred): ...........</w:t>
              <w:br/>
              <w:t>FEV1/FVC (%): .............</w:t>
              <w:br/>
              <w:t>Kesan: ..............................................................</w:t>
            </w:r>
          </w:p>
        </w:tc>
        <w:tc>
          <w:tcPr>
            <w:tcW w:type="dxa" w:w="3005"/>
          </w:tcPr>
          <w:p>
            <w:r>
              <w:rPr>
                <w:sz w:val="16"/>
              </w:rPr>
              <w:t>Dokter: ..............................................</w:t>
              <w:br/>
              <w:t>Tanggal: ..................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val="clear" w:fill="F1F5F9"/>
          </w:tcPr>
          <w:p>
            <w:r>
              <w:rPr>
                <w:b/>
                <w:color w:val="0B2A45"/>
                <w:sz w:val="19"/>
              </w:rPr>
              <w:t>H.  LABORATORIUM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2268"/>
          </w:tcPr>
          <w:p>
            <w:r>
              <w:rPr>
                <w:sz w:val="16"/>
              </w:rPr>
              <w:t>Kesan Lab</w:t>
            </w:r>
          </w:p>
        </w:tc>
        <w:tc>
          <w:tcPr>
            <w:tcW w:type="dxa" w:w="8107"/>
          </w:tcPr>
          <w:p>
            <w:r>
              <w:rPr>
                <w:sz w:val="16"/>
              </w:rPr>
              <w:t>..................................................................................................................................................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268"/>
          </w:tcPr>
          <w:p>
            <w:r>
              <w:rPr>
                <w:sz w:val="16"/>
              </w:rPr>
              <w:t>Petugas Lab (ATLM)</w:t>
            </w:r>
          </w:p>
        </w:tc>
        <w:tc>
          <w:tcPr>
            <w:tcW w:type="dxa" w:w="8107"/>
          </w:tcPr>
          <w:p>
            <w:r>
              <w:rPr>
                <w:sz w:val="16"/>
              </w:rPr>
              <w:t>......................................................          Dokter Lab: ......................................................          Tanggal: ..................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val="clear" w:fill="F1F5F9"/>
          </w:tcPr>
          <w:p>
            <w:r>
              <w:rPr>
                <w:b/>
                <w:color w:val="0B2A45"/>
                <w:sz w:val="19"/>
              </w:rPr>
              <w:t>I.  KESIMPULAN &amp; SARAN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2835"/>
          </w:tcPr>
          <w:p>
            <w:r>
              <w:rPr>
                <w:sz w:val="16"/>
              </w:rPr>
              <w:t>Kesimpulan (Fitness to work)</w:t>
            </w:r>
          </w:p>
        </w:tc>
        <w:tc>
          <w:tcPr>
            <w:tcW w:type="dxa" w:w="7540"/>
          </w:tcPr>
          <w:p>
            <w:r>
              <w:rPr>
                <w:sz w:val="16"/>
              </w:rPr>
              <w:t>☐ FIT      ☐ FIT WITH NOTE      ☐ TEMPORARY UNFIT      ☐ UNFIT</w:t>
            </w:r>
          </w:p>
        </w:tc>
      </w:tr>
      <w:tr>
        <w:tc>
          <w:tcPr>
            <w:tcW w:type="dxa" w:w="2835"/>
          </w:tcPr>
          <w:p>
            <w:r>
              <w:rPr>
                <w:sz w:val="16"/>
              </w:rPr>
              <w:t>Catatan</w:t>
            </w:r>
          </w:p>
        </w:tc>
        <w:tc>
          <w:tcPr>
            <w:tcW w:type="dxa" w:w="7540"/>
          </w:tcPr>
          <w:p>
            <w:r>
              <w:rPr>
                <w:sz w:val="16"/>
              </w:rPr>
              <w:t>................................................................................................................................................................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r>
              <w:rPr>
                <w:sz w:val="16"/>
              </w:rPr>
              <w:t>Saran</w:t>
            </w:r>
          </w:p>
        </w:tc>
        <w:tc>
          <w:tcPr>
            <w:tcW w:type="dxa" w:w="7540"/>
          </w:tcPr>
          <w:p>
            <w:r>
              <w:rPr>
                <w:sz w:val="16"/>
              </w:rPr>
              <w:t>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5159"/>
          </w:tcPr>
          <w:p>
            <w:r>
              <w:rPr>
                <w:sz w:val="16"/>
              </w:rPr>
              <w:t>Dokter Pemeriksa Fisik</w:t>
            </w:r>
          </w:p>
        </w:tc>
        <w:tc>
          <w:tcPr>
            <w:tcW w:type="dxa" w:w="5216"/>
          </w:tcPr>
          <w:p>
            <w:r>
              <w:rPr>
                <w:sz w:val="16"/>
              </w:rPr>
              <w:t>Dokter Penanggung Jawab / Lab</w:t>
            </w:r>
          </w:p>
        </w:tc>
      </w:tr>
      <w:tr>
        <w:tc>
          <w:tcPr>
            <w:tcW w:type="dxa" w:w="5159"/>
          </w:tcPr>
          <w:p>
            <w:r>
              <w:rPr>
                <w:sz w:val="16"/>
              </w:rPr>
              <w:br/>
              <w:br/>
              <w:br/>
              <w:t>(..................................................)</w:t>
              <w:br/>
              <w:t>Nama &amp; SIP: ...............................</w:t>
            </w:r>
          </w:p>
        </w:tc>
        <w:tc>
          <w:tcPr>
            <w:tcW w:type="dxa" w:w="5216"/>
          </w:tcPr>
          <w:p>
            <w:r>
              <w:rPr>
                <w:sz w:val="16"/>
              </w:rPr>
              <w:br/>
              <w:br/>
              <w:br/>
              <w:t>(..................................................)</w:t>
              <w:br/>
              <w:t>Nama &amp; SIP: ...............................</w:t>
            </w:r>
          </w:p>
        </w:tc>
      </w:tr>
    </w:tbl>
    <w:p>
      <w:pPr>
        <w:spacing w:before="120" w:after="0"/>
      </w:pPr>
      <w:r>
        <w:rPr>
          <w:b w:val="0"/>
          <w:i/>
          <w:sz w:val="14"/>
        </w:rPr>
        <w:t>Catatan: form ini adalah lembar kerja pemeriksaan di lapangan. Setelah selesai diisi, masukkan datanya ke aplikasi eMCU (mcu.medikarahma.com) — bisa satu per satu, atau massal lewat menu Impor Massal memakai template Excel. Foto, tanda tangan, dan stempel diisi di aplikasi.</w:t>
      </w:r>
    </w:p>
    <w:sectPr w:rsidR="00FC693F" w:rsidRPr="0006063C" w:rsidSect="00034616">
      <w:pgSz w:w="11906" w:h="16838"/>
      <w:pgMar w:top="624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